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9F5009" w14:paraId="043DE705" w14:textId="77777777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2FEB08A" w14:textId="0DE08BFD" w:rsidR="009F5009" w:rsidRDefault="009F500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2FD85B1" wp14:editId="50093FC7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105410</wp:posOffset>
                  </wp:positionV>
                  <wp:extent cx="692785" cy="1003935"/>
                  <wp:effectExtent l="0" t="0" r="0" b="5715"/>
                  <wp:wrapNone/>
                  <wp:docPr id="147939552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1003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FC784C8" w14:textId="77777777" w:rsidR="009F5009" w:rsidRDefault="009F5009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Hunedoara</w:t>
            </w:r>
          </w:p>
        </w:tc>
      </w:tr>
      <w:tr w:rsidR="009F5009" w14:paraId="54824C15" w14:textId="77777777">
        <w:trPr>
          <w:jc w:val="center"/>
        </w:trPr>
        <w:tc>
          <w:tcPr>
            <w:tcW w:w="4320" w:type="dxa"/>
            <w:vMerge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vAlign w:val="center"/>
            <w:hideMark/>
          </w:tcPr>
          <w:p w14:paraId="55D44FAE" w14:textId="77777777" w:rsidR="009F5009" w:rsidRDefault="009F500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D01AE23" w14:textId="77777777" w:rsidR="009F5009" w:rsidRDefault="009F500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Bretea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Română</w:t>
            </w:r>
            <w:proofErr w:type="spellEnd"/>
          </w:p>
        </w:tc>
      </w:tr>
      <w:tr w:rsidR="009F5009" w:rsidRPr="009F5009" w14:paraId="66794F03" w14:textId="77777777">
        <w:trPr>
          <w:jc w:val="center"/>
        </w:trPr>
        <w:tc>
          <w:tcPr>
            <w:tcW w:w="4320" w:type="dxa"/>
            <w:vMerge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vAlign w:val="center"/>
            <w:hideMark/>
          </w:tcPr>
          <w:p w14:paraId="25AD9387" w14:textId="77777777" w:rsidR="009F5009" w:rsidRDefault="009F500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F0169FA" w14:textId="77777777" w:rsidR="009F5009" w:rsidRDefault="009F5009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Cod de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identificare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fiscală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(CIF</w:t>
            </w:r>
            <w:proofErr w:type="gram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):</w:t>
            </w:r>
            <w:proofErr w:type="gram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4521443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44B5DAF" w14:textId="77777777" w:rsidR="009F5009" w:rsidRDefault="009F5009">
            <w:pPr>
              <w:spacing w:after="0"/>
              <w:ind w:left="46"/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Adresă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:</w:t>
            </w:r>
            <w:proofErr w:type="gram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sat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Bretea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Română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strada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Principală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, nr. 15,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cod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poștal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337115,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județul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Hunedoara,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România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.</w:t>
            </w:r>
          </w:p>
          <w:p w14:paraId="1A55CF74" w14:textId="77777777" w:rsidR="009F5009" w:rsidRDefault="009F5009">
            <w:pPr>
              <w:spacing w:after="0"/>
              <w:ind w:left="46"/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</w:pPr>
            <w:proofErr w:type="gram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Tel:</w:t>
            </w:r>
            <w:proofErr w:type="gram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0040-254-733356</w:t>
            </w:r>
          </w:p>
          <w:p w14:paraId="6904568D" w14:textId="77777777" w:rsidR="009F5009" w:rsidRDefault="009F5009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E-mail:</w:t>
            </w:r>
            <w:proofErr w:type="gram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hyperlink r:id="rId9" w:history="1">
              <w:r>
                <w:rPr>
                  <w:rStyle w:val="Hyperlink"/>
                  <w:rFonts w:ascii="Times New Roman" w:hAnsi="Times New Roman"/>
                  <w:b/>
                  <w:sz w:val="18"/>
                  <w:szCs w:val="24"/>
                  <w:lang w:val="fr-FR"/>
                </w:rPr>
                <w:t>primar@bretea-romana.ro</w:t>
              </w:r>
            </w:hyperlink>
          </w:p>
        </w:tc>
      </w:tr>
      <w:tr w:rsidR="009F5009" w14:paraId="4F57D3E0" w14:textId="77777777">
        <w:trPr>
          <w:trHeight w:val="124"/>
          <w:jc w:val="center"/>
        </w:trPr>
        <w:tc>
          <w:tcPr>
            <w:tcW w:w="4320" w:type="dxa"/>
            <w:vMerge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vAlign w:val="center"/>
            <w:hideMark/>
          </w:tcPr>
          <w:p w14:paraId="56D92697" w14:textId="77777777" w:rsidR="009F5009" w:rsidRPr="009F5009" w:rsidRDefault="009F5009">
            <w:pPr>
              <w:spacing w:after="0"/>
              <w:rPr>
                <w:sz w:val="24"/>
                <w:szCs w:val="24"/>
                <w:lang w:val="fr-FR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3AA5C66" w14:textId="77777777" w:rsidR="009F5009" w:rsidRDefault="009F5009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: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9A7A453" w14:textId="77777777" w:rsidR="009F5009" w:rsidRDefault="009F5009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Data:</w:t>
            </w:r>
          </w:p>
        </w:tc>
      </w:tr>
      <w:tr w:rsidR="009F5009" w:rsidRPr="009F5009" w14:paraId="70168810" w14:textId="77777777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7681C67" w14:textId="77777777" w:rsidR="009F5009" w:rsidRDefault="009F5009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proofErr w:type="gram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se</w:t>
            </w:r>
            <w:proofErr w:type="gramEnd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completează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autoritate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solicitantul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nu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scrie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în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această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zonă</w:t>
            </w:r>
            <w:proofErr w:type="spellEnd"/>
          </w:p>
        </w:tc>
      </w:tr>
    </w:tbl>
    <w:p w14:paraId="13C95A06" w14:textId="25BD495C" w:rsidR="00017265" w:rsidRPr="005B2C20" w:rsidRDefault="00A35EB4" w:rsidP="00A35EB4">
      <w:pPr>
        <w:spacing w:before="80" w:after="60" w:line="240" w:lineRule="auto"/>
        <w:jc w:val="center"/>
        <w:rPr>
          <w:sz w:val="24"/>
          <w:szCs w:val="24"/>
          <w:lang w:val="fr-FR"/>
        </w:rPr>
      </w:pPr>
      <w:r w:rsidRPr="005B2C20">
        <w:rPr>
          <w:rFonts w:ascii="Times New Roman" w:hAnsi="Times New Roman"/>
          <w:b/>
          <w:sz w:val="28"/>
          <w:szCs w:val="24"/>
          <w:lang w:val="fr-FR"/>
        </w:rPr>
        <w:t>CERERE</w:t>
      </w:r>
      <w:r w:rsidRPr="005B2C20">
        <w:rPr>
          <w:rFonts w:ascii="Times New Roman" w:hAnsi="Times New Roman"/>
          <w:b/>
          <w:sz w:val="28"/>
          <w:szCs w:val="24"/>
          <w:lang w:val="fr-FR"/>
        </w:rPr>
        <w:br/>
      </w:r>
      <w:proofErr w:type="spellStart"/>
      <w:r w:rsidRPr="005B2C20">
        <w:rPr>
          <w:rFonts w:ascii="Times New Roman" w:hAnsi="Times New Roman"/>
          <w:sz w:val="20"/>
          <w:szCs w:val="24"/>
          <w:lang w:val="fr-FR"/>
        </w:rPr>
        <w:t>pentru</w:t>
      </w:r>
      <w:proofErr w:type="spellEnd"/>
      <w:r w:rsidRPr="005B2C2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5B2C20">
        <w:rPr>
          <w:rFonts w:ascii="Times New Roman" w:hAnsi="Times New Roman"/>
          <w:sz w:val="20"/>
          <w:szCs w:val="24"/>
          <w:lang w:val="fr-FR"/>
        </w:rPr>
        <w:t>emiterea</w:t>
      </w:r>
      <w:proofErr w:type="spellEnd"/>
      <w:r w:rsidRPr="005B2C2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5B2C20">
        <w:rPr>
          <w:rFonts w:ascii="Times New Roman" w:hAnsi="Times New Roman"/>
          <w:sz w:val="20"/>
          <w:szCs w:val="24"/>
          <w:lang w:val="fr-FR"/>
        </w:rPr>
        <w:t>avizului</w:t>
      </w:r>
      <w:proofErr w:type="spellEnd"/>
      <w:r w:rsidRPr="005B2C20">
        <w:rPr>
          <w:rFonts w:ascii="Times New Roman" w:hAnsi="Times New Roman"/>
          <w:sz w:val="20"/>
          <w:szCs w:val="24"/>
          <w:lang w:val="fr-FR"/>
        </w:rPr>
        <w:t xml:space="preserve"> </w:t>
      </w:r>
      <w:proofErr w:type="spellStart"/>
      <w:r w:rsidRPr="005B2C20">
        <w:rPr>
          <w:rFonts w:ascii="Times New Roman" w:hAnsi="Times New Roman"/>
          <w:sz w:val="20"/>
          <w:szCs w:val="24"/>
          <w:lang w:val="fr-FR"/>
        </w:rPr>
        <w:t>primarului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49EEC25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E8F48F6" w14:textId="77777777" w:rsidR="00017265" w:rsidRPr="00A35EB4" w:rsidRDefault="00C75C8D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017265" w:rsidRPr="009F5009" w14:paraId="76D1AE9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1A1A929" w14:textId="77777777" w:rsidR="009F5009" w:rsidRDefault="00C75C8D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</w:pPr>
            <w:proofErr w:type="spellStart"/>
            <w:r w:rsidRPr="005B2C2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Instituția</w:t>
            </w:r>
            <w:proofErr w:type="spellEnd"/>
          </w:p>
          <w:p w14:paraId="67A317B7" w14:textId="51B8DD17" w:rsidR="00017265" w:rsidRPr="005B2C20" w:rsidRDefault="009F5009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Bretea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Română</w:t>
            </w:r>
            <w:proofErr w:type="spellEnd"/>
          </w:p>
        </w:tc>
      </w:tr>
      <w:tr w:rsidR="00017265" w:rsidRPr="009F5009" w14:paraId="1962F6F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236191" w14:textId="474B033E" w:rsidR="00017265" w:rsidRPr="005B2C20" w:rsidRDefault="009F5009">
            <w:pPr>
              <w:spacing w:after="10" w:line="240" w:lineRule="auto"/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  <w:szCs w:val="24"/>
                <w:lang w:val="fr-FR"/>
              </w:rPr>
              <w:t>Către</w:t>
            </w:r>
            <w:proofErr w:type="spellEnd"/>
            <w:r w:rsidR="00C75C8D" w:rsidRPr="005B2C20">
              <w:rPr>
                <w:rFonts w:ascii="Times New Roman" w:hAnsi="Times New Roman"/>
                <w:i/>
                <w:sz w:val="16"/>
                <w:szCs w:val="24"/>
                <w:lang w:val="fr-FR"/>
              </w:rPr>
              <w:t xml:space="preserve"> </w:t>
            </w:r>
            <w:proofErr w:type="spellStart"/>
            <w:r w:rsidR="00C75C8D" w:rsidRPr="005B2C20">
              <w:rPr>
                <w:rFonts w:ascii="Times New Roman" w:hAnsi="Times New Roman"/>
                <w:i/>
                <w:sz w:val="16"/>
                <w:szCs w:val="24"/>
                <w:lang w:val="fr-FR"/>
              </w:rPr>
              <w:t>primarul</w:t>
            </w:r>
            <w:proofErr w:type="spellEnd"/>
            <w:r w:rsidR="00C75C8D" w:rsidRPr="005B2C20">
              <w:rPr>
                <w:rFonts w:ascii="Times New Roman" w:hAnsi="Times New Roman"/>
                <w:i/>
                <w:sz w:val="16"/>
                <w:szCs w:val="24"/>
                <w:lang w:val="fr-FR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  <w:szCs w:val="24"/>
                <w:lang w:val="fr-FR"/>
              </w:rPr>
              <w:t xml:space="preserve">UAT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  <w:lang w:val="fr-FR"/>
              </w:rPr>
              <w:t>Bretea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  <w:lang w:val="fr-FR"/>
              </w:rPr>
              <w:t>Română</w:t>
            </w:r>
            <w:proofErr w:type="spellEnd"/>
          </w:p>
        </w:tc>
      </w:tr>
    </w:tbl>
    <w:p w14:paraId="04A9C5F7" w14:textId="6EFB04C2" w:rsidR="00017265" w:rsidRPr="005B2C20" w:rsidRDefault="00017265">
      <w:pPr>
        <w:spacing w:before="4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017265" w:rsidRPr="00A35EB4" w14:paraId="59A3188F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01C52DA" w14:textId="77777777" w:rsidR="00017265" w:rsidRPr="00A35EB4" w:rsidRDefault="00C75C8D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2. SOLICITANTUL — INSTITUȚIA ARHITECTULUI-ȘEF</w:t>
            </w:r>
          </w:p>
        </w:tc>
      </w:tr>
      <w:tr w:rsidR="00017265" w:rsidRPr="00A35EB4" w14:paraId="60F7F28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F21BF6" w14:textId="3EEC7217" w:rsidR="00017265" w:rsidRPr="00A35EB4" w:rsidRDefault="00BA74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</w:t>
            </w:r>
            <w:r w:rsidR="00C75C8D"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="00C75C8D"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județului</w:t>
            </w:r>
            <w:proofErr w:type="spellEnd"/>
            <w:r w:rsidR="004659AC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="009F5009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Hunedoara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32797D1" w14:textId="46806139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Reprezentată</w:t>
            </w:r>
            <w:proofErr w:type="spellEnd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prin</w:t>
            </w:r>
            <w:proofErr w:type="spellEnd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arhitect-șef</w:t>
            </w:r>
            <w:proofErr w:type="spellEnd"/>
            <w:r w:rsidR="00784BFC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</w:p>
        </w:tc>
      </w:tr>
    </w:tbl>
    <w:p w14:paraId="232041CC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495DE6A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788E24A" w14:textId="77777777" w:rsidR="00017265" w:rsidRPr="00A35EB4" w:rsidRDefault="00C75C8D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3. SITUAȚIA LEGALĂ APLICABILĂ DIN COD</w:t>
            </w:r>
          </w:p>
        </w:tc>
      </w:tr>
      <w:tr w:rsidR="00017265" w:rsidRPr="00A35EB4" w14:paraId="494F97B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2678B16" w14:textId="77777777" w:rsidR="00017265" w:rsidRPr="00A35EB4" w:rsidRDefault="00C75C8D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017265" w:rsidRPr="00A35EB4" w14:paraId="73D6D63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D7C47B0" w14:textId="77777777" w:rsidR="00017265" w:rsidRPr="00A35EB4" w:rsidRDefault="00C75C8D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 xml:space="preserve">☐ art. 69 alin. (3) — avizul prealabil, favorabil, al primarului, necesar în vederea aprobării de către președintele consiliului județean </w:t>
            </w:r>
            <w:proofErr w:type="gramStart"/>
            <w:r w:rsidRPr="00A35EB4">
              <w:rPr>
                <w:rFonts w:ascii="Times New Roman" w:hAnsi="Times New Roman"/>
                <w:sz w:val="18"/>
                <w:szCs w:val="24"/>
              </w:rPr>
              <w:t>a</w:t>
            </w:r>
            <w:proofErr w:type="gramEnd"/>
            <w:r w:rsidRPr="00A35EB4">
              <w:rPr>
                <w:rFonts w:ascii="Times New Roman" w:hAnsi="Times New Roman"/>
                <w:sz w:val="18"/>
                <w:szCs w:val="24"/>
              </w:rPr>
              <w:t xml:space="preserve"> avizului de inițiere pentru un PUZ al cărui teritoriu reglementat implică cel puțin două unități administrativ-teritoriale</w:t>
            </w:r>
          </w:p>
        </w:tc>
      </w:tr>
      <w:tr w:rsidR="00017265" w:rsidRPr="00A35EB4" w14:paraId="7AD85A1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3E60847" w14:textId="77777777" w:rsidR="00017265" w:rsidRPr="00A35EB4" w:rsidRDefault="00C75C8D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59051D70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017265" w:rsidRPr="00A35EB4" w14:paraId="2C6B888A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473FE8" w14:textId="77777777" w:rsidR="00017265" w:rsidRPr="00A35EB4" w:rsidRDefault="00C75C8D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017265" w:rsidRPr="00A35EB4" w14:paraId="2AECC46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61E722" w14:textId="77777777" w:rsidR="00017265" w:rsidRPr="00A35EB4" w:rsidRDefault="00C75C8D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017265" w:rsidRPr="00A35EB4" w14:paraId="3D5D2391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36FD47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09F7B89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1532272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017265" w:rsidRPr="00A35EB4" w14:paraId="38C50C3E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92A3556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34CFEE8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BDBDBE0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C8F1929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017265" w:rsidRPr="00A35EB4" w14:paraId="33962A12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7371E6" w14:textId="77777777" w:rsidR="00017265" w:rsidRPr="005B2C20" w:rsidRDefault="00C75C8D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proofErr w:type="spellStart"/>
            <w:r w:rsidRPr="005B2C2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Număr</w:t>
            </w:r>
            <w:proofErr w:type="spellEnd"/>
            <w:r w:rsidRPr="005B2C2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cadastral</w:t>
            </w:r>
            <w:r w:rsidRPr="005B2C2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br/>
            </w:r>
            <w:proofErr w:type="spellStart"/>
            <w:r w:rsidRPr="005B2C2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dacă</w:t>
            </w:r>
            <w:proofErr w:type="spellEnd"/>
            <w:r w:rsidRPr="005B2C2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5B2C2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imobilul</w:t>
            </w:r>
            <w:proofErr w:type="spellEnd"/>
            <w:r w:rsidRPr="005B2C2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e </w:t>
            </w:r>
            <w:proofErr w:type="spellStart"/>
            <w:r w:rsidRPr="005B2C2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înscris</w:t>
            </w:r>
            <w:proofErr w:type="spellEnd"/>
            <w:r w:rsidRPr="005B2C2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5B2C2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în</w:t>
            </w:r>
            <w:proofErr w:type="spellEnd"/>
            <w:r w:rsidRPr="005B2C2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9E57A6B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</w:tbl>
    <w:p w14:paraId="22D8CE28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56F7F65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269914C" w14:textId="77777777" w:rsidR="00017265" w:rsidRPr="00A35EB4" w:rsidRDefault="00C75C8D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5. ANEXEZ PREZENTEI</w:t>
            </w:r>
          </w:p>
        </w:tc>
      </w:tr>
      <w:tr w:rsidR="00017265" w:rsidRPr="009F5009" w14:paraId="4F210C8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1B31B0A" w14:textId="77777777" w:rsidR="00017265" w:rsidRPr="005B2C20" w:rsidRDefault="00C75C8D">
            <w:pPr>
              <w:spacing w:after="10" w:line="240" w:lineRule="auto"/>
              <w:rPr>
                <w:sz w:val="24"/>
                <w:szCs w:val="24"/>
                <w:lang w:val="fr-FR"/>
              </w:rPr>
            </w:pPr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☐ copie </w:t>
            </w:r>
            <w:proofErr w:type="spellStart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>după</w:t>
            </w:r>
            <w:proofErr w:type="spellEnd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>Certificatul</w:t>
            </w:r>
            <w:proofErr w:type="spellEnd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>urbanism</w:t>
            </w:r>
            <w:proofErr w:type="spellEnd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, </w:t>
            </w:r>
            <w:proofErr w:type="spellStart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>împreună</w:t>
            </w:r>
            <w:proofErr w:type="spellEnd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>cu</w:t>
            </w:r>
            <w:proofErr w:type="spellEnd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5B2C20">
              <w:rPr>
                <w:rFonts w:ascii="Times New Roman" w:hAnsi="Times New Roman"/>
                <w:sz w:val="18"/>
                <w:szCs w:val="24"/>
                <w:lang w:val="fr-FR"/>
              </w:rPr>
              <w:t>planurile-anexă</w:t>
            </w:r>
            <w:proofErr w:type="spellEnd"/>
          </w:p>
        </w:tc>
      </w:tr>
    </w:tbl>
    <w:p w14:paraId="41EA4BDF" w14:textId="77777777" w:rsidR="00017265" w:rsidRPr="005B2C20" w:rsidRDefault="00017265">
      <w:pPr>
        <w:spacing w:before="4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017265" w:rsidRPr="00A35EB4" w14:paraId="066E2AA2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46D76AA" w14:textId="77777777" w:rsidR="00017265" w:rsidRPr="00A35EB4" w:rsidRDefault="00C75C8D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017265" w:rsidRPr="00A35EB4" w14:paraId="2B89FB2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4B663848" w14:textId="77777777" w:rsidR="00017265" w:rsidRPr="00A35EB4" w:rsidRDefault="00C75C8D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i/>
                <w:sz w:val="18"/>
                <w:szCs w:val="24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017265" w:rsidRPr="00A35EB4" w14:paraId="4ED561D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77598BB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25711E4B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Arhitectul-șef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7FA3ED59" w14:textId="77777777" w:rsidR="00017265" w:rsidRPr="00A35EB4" w:rsidRDefault="00C75C8D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B16A41B" w14:textId="77777777" w:rsidR="00D57A25" w:rsidRDefault="00D57A25">
      <w:pPr>
        <w:rPr>
          <w:sz w:val="24"/>
          <w:szCs w:val="24"/>
        </w:rPr>
      </w:pPr>
    </w:p>
    <w:sectPr w:rsidR="00D57A25" w:rsidSect="00F02159">
      <w:headerReference w:type="default" r:id="rId10"/>
      <w:footerReference w:type="default" r:id="rId11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C47C6" w14:textId="77777777" w:rsidR="007357EE" w:rsidRDefault="007357EE">
      <w:pPr>
        <w:spacing w:after="0" w:line="240" w:lineRule="auto"/>
      </w:pPr>
      <w:r>
        <w:separator/>
      </w:r>
    </w:p>
  </w:endnote>
  <w:endnote w:type="continuationSeparator" w:id="0">
    <w:p w14:paraId="52F8B933" w14:textId="77777777" w:rsidR="007357EE" w:rsidRDefault="00735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A2E89" w14:textId="73B8F3DB" w:rsidR="00E70B1F" w:rsidRDefault="00E70B1F" w:rsidP="00E70B1F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F_A_05· </w:t>
    </w:r>
    <w:proofErr w:type="spellStart"/>
    <w:r>
      <w:rPr>
        <w:rFonts w:ascii="Times New Roman" w:hAnsi="Times New Roman" w:cs="Times New Roman"/>
        <w:sz w:val="16"/>
        <w:szCs w:val="16"/>
      </w:rPr>
      <w:t>versiunea</w:t>
    </w:r>
    <w:proofErr w:type="spellEnd"/>
    <w:r>
      <w:rPr>
        <w:rFonts w:ascii="Times New Roman" w:hAnsi="Times New Roman" w:cs="Times New Roman"/>
        <w:sz w:val="16"/>
        <w:szCs w:val="16"/>
      </w:rPr>
      <w:t xml:space="preserve"> 1.0                                                                                    </w:t>
    </w:r>
    <w:sdt>
      <w:sdtPr>
        <w:rPr>
          <w:rFonts w:ascii="Times New Roman" w:hAnsi="Times New Roman" w:cs="Times New Roman"/>
          <w:sz w:val="16"/>
          <w:szCs w:val="16"/>
        </w:rPr>
        <w:id w:val="-1903342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  <w:sz w:val="16"/>
              <w:szCs w:val="16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pagina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sdtContent>
        </w:sdt>
      </w:sdtContent>
    </w:sdt>
  </w:p>
  <w:p w14:paraId="77173346" w14:textId="51463488" w:rsidR="00017265" w:rsidRPr="00E70B1F" w:rsidRDefault="00017265" w:rsidP="00E70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78578" w14:textId="77777777" w:rsidR="007357EE" w:rsidRDefault="007357EE">
      <w:pPr>
        <w:spacing w:after="0" w:line="240" w:lineRule="auto"/>
      </w:pPr>
      <w:r>
        <w:separator/>
      </w:r>
    </w:p>
  </w:footnote>
  <w:footnote w:type="continuationSeparator" w:id="0">
    <w:p w14:paraId="4E6E7D06" w14:textId="77777777" w:rsidR="007357EE" w:rsidRDefault="00735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7C7E3" w14:textId="2238F391" w:rsidR="00017265" w:rsidRDefault="0001726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5178084">
    <w:abstractNumId w:val="8"/>
  </w:num>
  <w:num w:numId="2" w16cid:durableId="726563080">
    <w:abstractNumId w:val="6"/>
  </w:num>
  <w:num w:numId="3" w16cid:durableId="1281719884">
    <w:abstractNumId w:val="5"/>
  </w:num>
  <w:num w:numId="4" w16cid:durableId="1122043017">
    <w:abstractNumId w:val="4"/>
  </w:num>
  <w:num w:numId="5" w16cid:durableId="1365669145">
    <w:abstractNumId w:val="7"/>
  </w:num>
  <w:num w:numId="6" w16cid:durableId="1664888880">
    <w:abstractNumId w:val="3"/>
  </w:num>
  <w:num w:numId="7" w16cid:durableId="1831172676">
    <w:abstractNumId w:val="2"/>
  </w:num>
  <w:num w:numId="8" w16cid:durableId="1894609929">
    <w:abstractNumId w:val="1"/>
  </w:num>
  <w:num w:numId="9" w16cid:durableId="3955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265"/>
    <w:rsid w:val="00034616"/>
    <w:rsid w:val="0006063C"/>
    <w:rsid w:val="0015074B"/>
    <w:rsid w:val="00200FFD"/>
    <w:rsid w:val="00213727"/>
    <w:rsid w:val="0029639D"/>
    <w:rsid w:val="002E3CC0"/>
    <w:rsid w:val="00326F90"/>
    <w:rsid w:val="004659AC"/>
    <w:rsid w:val="00554B16"/>
    <w:rsid w:val="005B2C20"/>
    <w:rsid w:val="006E66B0"/>
    <w:rsid w:val="007357EE"/>
    <w:rsid w:val="00784BFC"/>
    <w:rsid w:val="00811DA2"/>
    <w:rsid w:val="00937389"/>
    <w:rsid w:val="009F5009"/>
    <w:rsid w:val="00A35EB4"/>
    <w:rsid w:val="00AA1D8D"/>
    <w:rsid w:val="00B47730"/>
    <w:rsid w:val="00BA74B6"/>
    <w:rsid w:val="00BB2C77"/>
    <w:rsid w:val="00C23C25"/>
    <w:rsid w:val="00C75C8D"/>
    <w:rsid w:val="00CB0664"/>
    <w:rsid w:val="00D14AF4"/>
    <w:rsid w:val="00D57A25"/>
    <w:rsid w:val="00E16AF5"/>
    <w:rsid w:val="00E70B1F"/>
    <w:rsid w:val="00F02159"/>
    <w:rsid w:val="00F82D13"/>
    <w:rsid w:val="00FB15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DAB6B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4659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@bretea-roman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primaria.bretea-romana_02@outlook.com</cp:lastModifiedBy>
  <cp:revision>16</cp:revision>
  <dcterms:created xsi:type="dcterms:W3CDTF">2013-12-23T23:15:00Z</dcterms:created>
  <dcterms:modified xsi:type="dcterms:W3CDTF">2026-09-29T09:00:00Z</dcterms:modified>
  <cp:category/>
</cp:coreProperties>
</file>