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18239" w14:textId="77777777" w:rsidR="00575CB8" w:rsidRDefault="00CA404C">
      <w:pPr>
        <w:pStyle w:val="Heading1"/>
      </w:pPr>
      <w:r>
        <w:t>ACORDUL PROPRIETARULUI / COPROPRIETARILOR</w:t>
      </w:r>
    </w:p>
    <w:p w14:paraId="62EDC296" w14:textId="77777777" w:rsidR="00575CB8" w:rsidRDefault="00CA404C">
      <w:r>
        <w:t>Model orientativ • Anexă la contractul cu gospodăria nr. ______ / ______, după caz</w:t>
      </w:r>
    </w:p>
    <w:p w14:paraId="564ED453" w14:textId="77777777" w:rsidR="00575CB8" w:rsidRDefault="00CA404C">
      <w:r>
        <w:t>Solicitantul finanțării: ______________________________________________</w:t>
      </w:r>
      <w:r>
        <w:br/>
        <w:t>Titlul proiectului: __________________________________________________</w:t>
      </w:r>
      <w:r>
        <w:br/>
        <w:t>Reprezentantul gospodăriei: __________________________________________</w:t>
      </w:r>
    </w:p>
    <w:p w14:paraId="29345A35" w14:textId="77777777" w:rsidR="00575CB8" w:rsidRDefault="00CA404C">
      <w:r>
        <w:t>Imobilul pentru care se dă acordul:</w:t>
      </w:r>
      <w:r>
        <w:br/>
        <w:t>Adresa completă: __________________________________________________</w:t>
      </w:r>
      <w:r>
        <w:br/>
        <w:t>________________________________________________________________</w:t>
      </w:r>
      <w:r>
        <w:br/>
        <w:t>Nr. carte funciară: ______________   Nr. cadastral: ____________________</w:t>
      </w:r>
    </w:p>
    <w:p w14:paraId="587565DD" w14:textId="1C9FB12D" w:rsidR="00575CB8" w:rsidRDefault="00CA404C">
      <w:r>
        <w:t>Subsemnații, în calitate de proprietar / coproprietari ai imobilului de mai sus, ne exprimăm acordul pentru realizarea intervențiilor și instalarea echipamentelor prevăzute în proiect.</w:t>
      </w:r>
    </w:p>
    <w:p w14:paraId="4B12429D" w14:textId="77777777" w:rsidR="00575CB8" w:rsidRDefault="00CA404C">
      <w:r>
        <w:t>Suntem de acord cu accesul persoanelor desemnate pentru verificări, instalare și mentenanță, cu informarea prealabilă a gospodăriei și în condițiile contractului.</w:t>
      </w:r>
    </w:p>
    <w:p w14:paraId="16924E37" w14:textId="77777777" w:rsidR="00575CB8" w:rsidRDefault="00CA404C">
      <w:r>
        <w:t>Acordul acoperă implementarea proiectului și minimum 5 ani de la plata finală în cadrul proiectului. Solicitantul ne va comunica data de încheiere a acestei perioade.</w:t>
      </w:r>
    </w:p>
    <w:p w14:paraId="545D8574" w14:textId="77777777" w:rsidR="004825F4" w:rsidRDefault="004825F4" w:rsidP="004825F4">
      <w:r>
        <w:t>ne va comunica data de încheiere a acestei perioade.</w:t>
      </w:r>
    </w:p>
    <w:p w14:paraId="05CF4AE8" w14:textId="22D5A003" w:rsidR="00575CB8" w:rsidRDefault="004825F4" w:rsidP="004825F4">
      <w:r>
        <w:t>Ne-au fost explicate lucrările propuse. Prin acest acord nu se transferă proprietatea asupra imobilului. Drepturile și obligațiile privind participarea la proiect sunt stabilite în contractul cu gospodăria.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575CB8" w14:paraId="2DE777E9" w14:textId="77777777">
        <w:tc>
          <w:tcPr>
            <w:tcW w:w="2493" w:type="dxa"/>
          </w:tcPr>
          <w:p w14:paraId="7C795F39" w14:textId="77777777" w:rsidR="00575CB8" w:rsidRDefault="00CA404C">
            <w:r>
              <w:t>Nume și prenume</w:t>
            </w:r>
          </w:p>
        </w:tc>
        <w:tc>
          <w:tcPr>
            <w:tcW w:w="2493" w:type="dxa"/>
          </w:tcPr>
          <w:p w14:paraId="57470FB5" w14:textId="77777777" w:rsidR="00575CB8" w:rsidRDefault="00CA404C">
            <w:r>
              <w:t>CI: serie și nr.</w:t>
            </w:r>
          </w:p>
        </w:tc>
        <w:tc>
          <w:tcPr>
            <w:tcW w:w="2493" w:type="dxa"/>
          </w:tcPr>
          <w:p w14:paraId="5C327249" w14:textId="77777777" w:rsidR="00575CB8" w:rsidRDefault="00CA404C">
            <w:r>
              <w:t>Calitate / cotă de proprietate</w:t>
            </w:r>
          </w:p>
        </w:tc>
        <w:tc>
          <w:tcPr>
            <w:tcW w:w="2493" w:type="dxa"/>
          </w:tcPr>
          <w:p w14:paraId="16574B11" w14:textId="77777777" w:rsidR="00575CB8" w:rsidRDefault="00CA404C">
            <w:r>
              <w:t>Semnătura</w:t>
            </w:r>
          </w:p>
        </w:tc>
      </w:tr>
      <w:tr w:rsidR="00575CB8" w14:paraId="663D5407" w14:textId="77777777">
        <w:tc>
          <w:tcPr>
            <w:tcW w:w="2493" w:type="dxa"/>
          </w:tcPr>
          <w:p w14:paraId="23EFE9FB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45F00ED6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2575FA9D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3A1C2ED4" w14:textId="77777777" w:rsidR="00575CB8" w:rsidRDefault="00CA404C">
            <w:r>
              <w:t>____________</w:t>
            </w:r>
          </w:p>
        </w:tc>
      </w:tr>
      <w:tr w:rsidR="00575CB8" w14:paraId="39E977C8" w14:textId="77777777">
        <w:tc>
          <w:tcPr>
            <w:tcW w:w="2493" w:type="dxa"/>
          </w:tcPr>
          <w:p w14:paraId="59CD88A7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3D004F07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4FE489A5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0D81716F" w14:textId="77777777" w:rsidR="00575CB8" w:rsidRDefault="00CA404C">
            <w:r>
              <w:t>____________</w:t>
            </w:r>
          </w:p>
        </w:tc>
      </w:tr>
      <w:tr w:rsidR="00575CB8" w14:paraId="432A26AB" w14:textId="77777777">
        <w:tc>
          <w:tcPr>
            <w:tcW w:w="2493" w:type="dxa"/>
          </w:tcPr>
          <w:p w14:paraId="4CA4FFEF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70FB4A37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735B0A60" w14:textId="77777777" w:rsidR="00575CB8" w:rsidRDefault="00CA404C">
            <w:r>
              <w:t>____________</w:t>
            </w:r>
          </w:p>
        </w:tc>
        <w:tc>
          <w:tcPr>
            <w:tcW w:w="2493" w:type="dxa"/>
          </w:tcPr>
          <w:p w14:paraId="06AA0262" w14:textId="77777777" w:rsidR="00575CB8" w:rsidRDefault="00CA404C">
            <w:r>
              <w:t>____________</w:t>
            </w:r>
          </w:p>
        </w:tc>
      </w:tr>
    </w:tbl>
    <w:p w14:paraId="431A4962" w14:textId="77777777" w:rsidR="00575CB8" w:rsidRDefault="00CA404C">
      <w:r>
        <w:t>Localitatea: __________________      Data: __________________</w:t>
      </w:r>
    </w:p>
    <w:p w14:paraId="627E1794" w14:textId="21343235" w:rsidR="00575CB8" w:rsidRDefault="00575CB8"/>
    <w:sectPr w:rsidR="00575CB8" w:rsidSect="00034616"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25F4"/>
    <w:rsid w:val="00575CB8"/>
    <w:rsid w:val="00AA1D8D"/>
    <w:rsid w:val="00B47730"/>
    <w:rsid w:val="00CA404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54C742"/>
  <w14:defaultImageDpi w14:val="300"/>
  <w15:docId w15:val="{D762439C-0CF7-4E74-AB78-962B3FAD8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243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Admin</cp:lastModifiedBy>
  <cp:revision>3</cp:revision>
  <dcterms:created xsi:type="dcterms:W3CDTF">2013-12-23T23:15:00Z</dcterms:created>
  <dcterms:modified xsi:type="dcterms:W3CDTF">2026-10-19T11:26:00Z</dcterms:modified>
  <cp:category/>
</cp:coreProperties>
</file>